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CB658C" w14:textId="77777777" w:rsidR="00DC38EC" w:rsidRDefault="00000000">
      <w:r>
        <w:rPr>
          <w:sz w:val="18"/>
        </w:rPr>
        <w:t>MSZ Benešov – Plavecký bazén Benešov, ASŠK Benešov,</w:t>
      </w:r>
      <w:r>
        <w:rPr>
          <w:sz w:val="18"/>
        </w:rPr>
        <w:br/>
        <w:t>Babyclub Čochtánek a Město Benešov pořádají</w:t>
      </w:r>
    </w:p>
    <w:p w14:paraId="21035A64" w14:textId="77777777" w:rsidR="00DC38EC" w:rsidRDefault="00000000">
      <w:pPr>
        <w:pStyle w:val="Nzev"/>
      </w:pPr>
      <w:r>
        <w:t>Okresní přebor</w:t>
      </w:r>
      <w:r>
        <w:br/>
        <w:t>v plavání žactva ZŠ</w:t>
      </w:r>
    </w:p>
    <w:p w14:paraId="18AF8074" w14:textId="77777777" w:rsidR="00DC38EC" w:rsidRDefault="00000000">
      <w:pPr>
        <w:spacing w:before="80"/>
      </w:pPr>
      <w:r>
        <w:rPr>
          <w:b/>
          <w:color w:val="007E95"/>
          <w:sz w:val="34"/>
        </w:rPr>
        <w:t>PONDĚLÍ 9. LISTOPADU 2026</w:t>
      </w:r>
    </w:p>
    <w:p w14:paraId="1FDF989E" w14:textId="77777777" w:rsidR="00DC38EC" w:rsidRDefault="00000000">
      <w:r>
        <w:rPr>
          <w:b/>
          <w:sz w:val="22"/>
        </w:rPr>
        <w:t>Krytý plavecký bazén Benešov  •  Prezentace do 8.30 hodin</w:t>
      </w:r>
    </w:p>
    <w:p w14:paraId="5FEE9AE5" w14:textId="77777777" w:rsidR="00DC38EC" w:rsidRDefault="00000000">
      <w:pPr>
        <w:pStyle w:val="Nadpis1"/>
      </w:pPr>
      <w:r>
        <w:t>Kategorie a disciplíny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72"/>
        <w:gridCol w:w="4195"/>
        <w:gridCol w:w="2324"/>
      </w:tblGrid>
      <w:tr w:rsidR="00DC38EC" w14:paraId="3097F489" w14:textId="77777777">
        <w:trPr>
          <w:jc w:val="center"/>
        </w:trPr>
        <w:tc>
          <w:tcPr>
            <w:tcW w:w="3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7E9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B9378E" w14:textId="77777777" w:rsidR="00DC38EC" w:rsidRDefault="00000000">
            <w:pPr>
              <w:spacing w:after="0"/>
            </w:pPr>
            <w:r>
              <w:rPr>
                <w:b/>
                <w:color w:val="FFFFFF"/>
                <w:sz w:val="19"/>
              </w:rPr>
              <w:t>Chlapci a dívky</w:t>
            </w:r>
          </w:p>
        </w:tc>
        <w:tc>
          <w:tcPr>
            <w:tcW w:w="41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7E9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951FCC" w14:textId="77777777" w:rsidR="00DC38EC" w:rsidRDefault="00000000">
            <w:pPr>
              <w:spacing w:after="0"/>
            </w:pPr>
            <w:r>
              <w:rPr>
                <w:b/>
                <w:color w:val="FFFFFF"/>
                <w:sz w:val="19"/>
              </w:rPr>
              <w:t>Individuální disciplíny</w:t>
            </w:r>
          </w:p>
        </w:tc>
        <w:tc>
          <w:tcPr>
            <w:tcW w:w="23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7E9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F1AD72" w14:textId="77777777" w:rsidR="00DC38EC" w:rsidRDefault="00000000">
            <w:pPr>
              <w:spacing w:after="0"/>
            </w:pPr>
            <w:r>
              <w:rPr>
                <w:b/>
                <w:color w:val="FFFFFF"/>
                <w:sz w:val="19"/>
              </w:rPr>
              <w:t>Štafety</w:t>
            </w:r>
          </w:p>
        </w:tc>
      </w:tr>
      <w:tr w:rsidR="00DC38EC" w14:paraId="6BC225D7" w14:textId="77777777">
        <w:trPr>
          <w:jc w:val="center"/>
        </w:trPr>
        <w:tc>
          <w:tcPr>
            <w:tcW w:w="3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FF8F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8D0ADA" w14:textId="77777777" w:rsidR="00DC38EC" w:rsidRDefault="00000000">
            <w:pPr>
              <w:spacing w:after="0"/>
            </w:pPr>
            <w:r>
              <w:rPr>
                <w:sz w:val="19"/>
              </w:rPr>
              <w:t>4.–5. třída</w:t>
            </w:r>
          </w:p>
        </w:tc>
        <w:tc>
          <w:tcPr>
            <w:tcW w:w="41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FF8F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E63A4A" w14:textId="77777777" w:rsidR="00DC38EC" w:rsidRDefault="00000000">
            <w:pPr>
              <w:spacing w:after="0"/>
            </w:pPr>
            <w:r>
              <w:rPr>
                <w:sz w:val="19"/>
              </w:rPr>
              <w:t>25 m kraul · 25 m znak · 25 m prsa</w:t>
            </w:r>
          </w:p>
        </w:tc>
        <w:tc>
          <w:tcPr>
            <w:tcW w:w="23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FF8F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5714B5" w14:textId="77777777" w:rsidR="00DC38EC" w:rsidRDefault="00000000">
            <w:pPr>
              <w:spacing w:after="0"/>
            </w:pPr>
            <w:r>
              <w:rPr>
                <w:sz w:val="19"/>
              </w:rPr>
              <w:t>4 × 25 m</w:t>
            </w:r>
          </w:p>
        </w:tc>
      </w:tr>
      <w:tr w:rsidR="00DC38EC" w14:paraId="38CC79B6" w14:textId="77777777">
        <w:trPr>
          <w:jc w:val="center"/>
        </w:trPr>
        <w:tc>
          <w:tcPr>
            <w:tcW w:w="3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328AE4" w14:textId="77777777" w:rsidR="00DC38EC" w:rsidRDefault="00000000">
            <w:pPr>
              <w:spacing w:after="0"/>
            </w:pPr>
            <w:r>
              <w:rPr>
                <w:sz w:val="19"/>
              </w:rPr>
              <w:t>6.–7. třída¹</w:t>
            </w:r>
          </w:p>
        </w:tc>
        <w:tc>
          <w:tcPr>
            <w:tcW w:w="41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0701F4" w14:textId="77777777" w:rsidR="00DC38EC" w:rsidRDefault="00000000">
            <w:pPr>
              <w:spacing w:after="0"/>
            </w:pPr>
            <w:r>
              <w:rPr>
                <w:sz w:val="19"/>
              </w:rPr>
              <w:t>50 m kraul · 50 m prsa · 50 m znak</w:t>
            </w:r>
          </w:p>
        </w:tc>
        <w:tc>
          <w:tcPr>
            <w:tcW w:w="23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E2BF29" w14:textId="77777777" w:rsidR="00DC38EC" w:rsidRDefault="00000000">
            <w:pPr>
              <w:spacing w:after="0"/>
            </w:pPr>
            <w:r>
              <w:rPr>
                <w:sz w:val="19"/>
              </w:rPr>
              <w:t>4 × 50 m</w:t>
            </w:r>
          </w:p>
        </w:tc>
      </w:tr>
      <w:tr w:rsidR="00DC38EC" w14:paraId="3C5C4377" w14:textId="77777777">
        <w:trPr>
          <w:jc w:val="center"/>
        </w:trPr>
        <w:tc>
          <w:tcPr>
            <w:tcW w:w="3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FF8F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6611AA" w14:textId="77777777" w:rsidR="00DC38EC" w:rsidRDefault="00000000">
            <w:pPr>
              <w:spacing w:after="0"/>
            </w:pPr>
            <w:r>
              <w:rPr>
                <w:sz w:val="19"/>
              </w:rPr>
              <w:t>8.–9. třída¹</w:t>
            </w:r>
          </w:p>
        </w:tc>
        <w:tc>
          <w:tcPr>
            <w:tcW w:w="41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FF8F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C0525E" w14:textId="77777777" w:rsidR="00DC38EC" w:rsidRDefault="00000000">
            <w:pPr>
              <w:spacing w:after="0"/>
            </w:pPr>
            <w:r>
              <w:rPr>
                <w:sz w:val="19"/>
              </w:rPr>
              <w:t>50 m kraul · 100 m kraul</w:t>
            </w:r>
            <w:r>
              <w:rPr>
                <w:sz w:val="19"/>
              </w:rPr>
              <w:br/>
              <w:t>100 m prsa</w:t>
            </w:r>
          </w:p>
        </w:tc>
        <w:tc>
          <w:tcPr>
            <w:tcW w:w="23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FF8F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24AF0D" w14:textId="77777777" w:rsidR="00DC38EC" w:rsidRDefault="00000000">
            <w:pPr>
              <w:spacing w:after="0"/>
            </w:pPr>
            <w:r>
              <w:rPr>
                <w:sz w:val="19"/>
              </w:rPr>
              <w:t>4 × 50 m</w:t>
            </w:r>
          </w:p>
        </w:tc>
      </w:tr>
    </w:tbl>
    <w:p w14:paraId="3A94F97B" w14:textId="77777777" w:rsidR="00DC38EC" w:rsidRDefault="00000000">
      <w:r>
        <w:rPr>
          <w:sz w:val="17"/>
        </w:rPr>
        <w:t>¹ Včetně odpovídajících ročníků víceletého gymnázia.</w:t>
      </w:r>
    </w:p>
    <w:p w14:paraId="0033C7F1" w14:textId="77777777" w:rsidR="00DC38EC" w:rsidRDefault="00000000">
      <w:r>
        <w:rPr>
          <w:sz w:val="19"/>
        </w:rPr>
        <w:t>Každá škola může podle počtu přihlášených plavců postavit libovolný počet štafet v každé kategorii. Štafety mohou být smíšené, ale vždy závodí za vyšší kategorii.</w:t>
      </w:r>
    </w:p>
    <w:p w14:paraId="5D8A1D60" w14:textId="77777777" w:rsidR="00DC38EC" w:rsidRDefault="00000000">
      <w:pPr>
        <w:pStyle w:val="Nadpis1"/>
      </w:pPr>
      <w:r>
        <w:t>Přihlášky do 6. listopadu 2026</w:t>
      </w:r>
    </w:p>
    <w:p w14:paraId="1695C7E4" w14:textId="77777777" w:rsidR="00DC38EC" w:rsidRDefault="00000000">
      <w:r>
        <w:t>Přihlášky odesílejte na e-mail:</w:t>
      </w:r>
    </w:p>
    <w:p w14:paraId="0B2239CB" w14:textId="77777777" w:rsidR="00DC38EC" w:rsidRDefault="00000000">
      <w:r>
        <w:rPr>
          <w:b/>
          <w:color w:val="007E95"/>
          <w:sz w:val="24"/>
        </w:rPr>
        <w:t>pavlickova.lada@seznam.cz</w:t>
      </w:r>
    </w:p>
    <w:p w14:paraId="3B0FCA8F" w14:textId="77777777" w:rsidR="00DC38EC" w:rsidRDefault="00000000">
      <w:r>
        <w:t>Na přihlášce uveďte jméno závodníka, školu, kategorii a disciplínu.</w:t>
      </w:r>
    </w:p>
    <w:p w14:paraId="67DA910F" w14:textId="77777777" w:rsidR="00DC38EC" w:rsidRDefault="00000000">
      <w:pPr>
        <w:pStyle w:val="Nadpis1"/>
      </w:pPr>
      <w:r>
        <w:t>Pravidla závodů</w:t>
      </w:r>
    </w:p>
    <w:p w14:paraId="46FBE6BB" w14:textId="77777777" w:rsidR="00DC38EC" w:rsidRDefault="00000000">
      <w:r>
        <w:t>Vítězové budou určeni z časů v rozplavbách; finále se neplave.</w:t>
      </w:r>
    </w:p>
    <w:p w14:paraId="48CF7E8E" w14:textId="77777777" w:rsidR="00DC38EC" w:rsidRDefault="00000000">
      <w:pPr>
        <w:spacing w:after="60"/>
      </w:pPr>
      <w:r>
        <w:t>•  V každé disciplíně a kategorii mohou za každou školu startovat nejvýše 4 závodníci.</w:t>
      </w:r>
    </w:p>
    <w:p w14:paraId="5B36F9A2" w14:textId="77777777" w:rsidR="00DC38EC" w:rsidRDefault="00000000">
      <w:pPr>
        <w:spacing w:after="60"/>
      </w:pPr>
      <w:r>
        <w:t>•  Každý závodník smí startovat ve dvou disciplínách a štafetě.</w:t>
      </w:r>
    </w:p>
    <w:p w14:paraId="671392D7" w14:textId="77777777" w:rsidR="00DC38EC" w:rsidRDefault="00000000">
      <w:pPr>
        <w:spacing w:after="60"/>
      </w:pPr>
      <w:r>
        <w:t>•  Každá škola zajistí dozor nad žáky v celém prostoru bazénu, aby byl umožněn hladký průběh závodů.</w:t>
      </w:r>
    </w:p>
    <w:p w14:paraId="74F53DE2" w14:textId="77777777" w:rsidR="00DC38EC" w:rsidRDefault="00000000">
      <w:pPr>
        <w:pStyle w:val="Nadpis1"/>
      </w:pPr>
      <w:r>
        <w:t>Organizační pokyny</w:t>
      </w:r>
    </w:p>
    <w:p w14:paraId="7F5409FF" w14:textId="7DDB6E5C" w:rsidR="00DC38EC" w:rsidRDefault="00000000">
      <w:r>
        <w:t xml:space="preserve">Prosíme školy, které obsadí všechny kategorie, aby závodníky ze starších kategorií přivedli až na 10.30, pokud to organizačně zvládnou. V první části odplaveme závodníky z kategorie nejmladších, včetně </w:t>
      </w:r>
      <w:proofErr w:type="spellStart"/>
      <w:r>
        <w:t>štafet</w:t>
      </w:r>
      <w:proofErr w:type="spellEnd"/>
      <w:r>
        <w:t xml:space="preserve"> a </w:t>
      </w:r>
      <w:proofErr w:type="spellStart"/>
      <w:r>
        <w:t>vyhlášení</w:t>
      </w:r>
      <w:proofErr w:type="spellEnd"/>
      <w:r>
        <w:t xml:space="preserve"> </w:t>
      </w:r>
      <w:proofErr w:type="spellStart"/>
      <w:r>
        <w:t>vítězů</w:t>
      </w:r>
      <w:proofErr w:type="spellEnd"/>
      <w:r>
        <w:t>.</w:t>
      </w:r>
      <w:r w:rsidR="00641E35">
        <w:t xml:space="preserve"> </w:t>
      </w:r>
      <w:proofErr w:type="spellStart"/>
      <w:r w:rsidR="00641E35">
        <w:t>Děkujeme</w:t>
      </w:r>
      <w:proofErr w:type="spellEnd"/>
      <w:r w:rsidR="00641E35">
        <w:t xml:space="preserve"> </w:t>
      </w:r>
      <w:proofErr w:type="spellStart"/>
      <w:r w:rsidR="00641E35">
        <w:t>moc</w:t>
      </w:r>
      <w:proofErr w:type="spellEnd"/>
      <w:r w:rsidR="00641E35">
        <w:t xml:space="preserve"> za </w:t>
      </w:r>
      <w:proofErr w:type="spellStart"/>
      <w:r w:rsidR="00641E35">
        <w:t>účast</w:t>
      </w:r>
      <w:proofErr w:type="spellEnd"/>
      <w:r w:rsidR="00641E35">
        <w:t xml:space="preserve"> a </w:t>
      </w:r>
      <w:proofErr w:type="spellStart"/>
      <w:r w:rsidR="00641E35">
        <w:t>těšíme</w:t>
      </w:r>
      <w:proofErr w:type="spellEnd"/>
      <w:r w:rsidR="00641E35">
        <w:t xml:space="preserve"> se </w:t>
      </w:r>
      <w:proofErr w:type="spellStart"/>
      <w:r w:rsidR="00641E35">
        <w:t>na</w:t>
      </w:r>
      <w:proofErr w:type="spellEnd"/>
      <w:r w:rsidR="00641E35">
        <w:t xml:space="preserve"> </w:t>
      </w:r>
      <w:proofErr w:type="spellStart"/>
      <w:r w:rsidR="00641E35">
        <w:t>Vás</w:t>
      </w:r>
      <w:proofErr w:type="spellEnd"/>
      <w:r w:rsidR="00641E35">
        <w:t xml:space="preserve">. </w:t>
      </w:r>
    </w:p>
    <w:p w14:paraId="4A032B3D" w14:textId="77777777" w:rsidR="00641E35" w:rsidRDefault="00641E35">
      <w:pPr>
        <w:tabs>
          <w:tab w:val="left" w:pos="6803"/>
        </w:tabs>
        <w:spacing w:before="240"/>
        <w:rPr>
          <w:b/>
        </w:rPr>
      </w:pPr>
    </w:p>
    <w:p w14:paraId="059A34B4" w14:textId="77777777" w:rsidR="00641E35" w:rsidRDefault="00641E35">
      <w:pPr>
        <w:tabs>
          <w:tab w:val="left" w:pos="6803"/>
        </w:tabs>
        <w:spacing w:before="240"/>
        <w:rPr>
          <w:b/>
        </w:rPr>
      </w:pPr>
    </w:p>
    <w:p w14:paraId="681D54BB" w14:textId="77777777" w:rsidR="00641E35" w:rsidRDefault="00641E35">
      <w:pPr>
        <w:tabs>
          <w:tab w:val="left" w:pos="6803"/>
        </w:tabs>
        <w:spacing w:before="240"/>
        <w:rPr>
          <w:b/>
        </w:rPr>
      </w:pPr>
    </w:p>
    <w:p w14:paraId="5610886D" w14:textId="07E49B0F" w:rsidR="00DC38EC" w:rsidRDefault="00000000">
      <w:pPr>
        <w:tabs>
          <w:tab w:val="left" w:pos="6803"/>
        </w:tabs>
        <w:spacing w:before="240"/>
      </w:pPr>
      <w:r>
        <w:rPr>
          <w:b/>
        </w:rPr>
        <w:t>Mgr. Lada Pavlíčková</w:t>
      </w:r>
      <w:r>
        <w:rPr>
          <w:b/>
        </w:rPr>
        <w:tab/>
        <w:t>Tomáš Holub</w:t>
      </w:r>
    </w:p>
    <w:p w14:paraId="534EA320" w14:textId="6D8EF1C5" w:rsidR="00DC38EC" w:rsidRDefault="00641E35">
      <w:pPr>
        <w:tabs>
          <w:tab w:val="left" w:pos="6803"/>
        </w:tabs>
      </w:pPr>
      <w:r>
        <w:rPr>
          <w:sz w:val="18"/>
        </w:rPr>
        <w:t xml:space="preserve"> </w:t>
      </w:r>
      <w:proofErr w:type="spellStart"/>
      <w:r w:rsidR="00000000">
        <w:rPr>
          <w:sz w:val="18"/>
        </w:rPr>
        <w:t>Babyclub</w:t>
      </w:r>
      <w:proofErr w:type="spellEnd"/>
      <w:r w:rsidR="00000000">
        <w:rPr>
          <w:sz w:val="18"/>
        </w:rPr>
        <w:t xml:space="preserve"> </w:t>
      </w:r>
      <w:proofErr w:type="spellStart"/>
      <w:r w:rsidR="00000000">
        <w:rPr>
          <w:sz w:val="18"/>
        </w:rPr>
        <w:t>Čochtánek</w:t>
      </w:r>
      <w:proofErr w:type="spellEnd"/>
      <w:r w:rsidR="00000000">
        <w:rPr>
          <w:sz w:val="18"/>
        </w:rPr>
        <w:tab/>
      </w:r>
      <w:r>
        <w:rPr>
          <w:sz w:val="18"/>
        </w:rPr>
        <w:t xml:space="preserve">   </w:t>
      </w:r>
      <w:proofErr w:type="spellStart"/>
      <w:r w:rsidR="00000000">
        <w:rPr>
          <w:sz w:val="18"/>
        </w:rPr>
        <w:t>ředitel</w:t>
      </w:r>
      <w:proofErr w:type="spellEnd"/>
      <w:r w:rsidR="00000000">
        <w:rPr>
          <w:sz w:val="18"/>
        </w:rPr>
        <w:t xml:space="preserve"> MSZ</w:t>
      </w:r>
    </w:p>
    <w:sectPr w:rsidR="00DC38EC" w:rsidSect="00034616">
      <w:pgSz w:w="11906" w:h="16838"/>
      <w:pgMar w:top="765" w:right="907" w:bottom="68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2704671">
    <w:abstractNumId w:val="8"/>
  </w:num>
  <w:num w:numId="2" w16cid:durableId="741830503">
    <w:abstractNumId w:val="6"/>
  </w:num>
  <w:num w:numId="3" w16cid:durableId="195779808">
    <w:abstractNumId w:val="5"/>
  </w:num>
  <w:num w:numId="4" w16cid:durableId="683165457">
    <w:abstractNumId w:val="4"/>
  </w:num>
  <w:num w:numId="5" w16cid:durableId="1412775599">
    <w:abstractNumId w:val="7"/>
  </w:num>
  <w:num w:numId="6" w16cid:durableId="1247812552">
    <w:abstractNumId w:val="3"/>
  </w:num>
  <w:num w:numId="7" w16cid:durableId="614756521">
    <w:abstractNumId w:val="2"/>
  </w:num>
  <w:num w:numId="8" w16cid:durableId="2016884186">
    <w:abstractNumId w:val="1"/>
  </w:num>
  <w:num w:numId="9" w16cid:durableId="18892226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A56B7"/>
    <w:rsid w:val="00641E35"/>
    <w:rsid w:val="00AA1D8D"/>
    <w:rsid w:val="00B47730"/>
    <w:rsid w:val="00CB0664"/>
    <w:rsid w:val="00DC38E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62CA3A"/>
  <w14:defaultImageDpi w14:val="300"/>
  <w15:docId w15:val="{D3E74D87-DDDF-3B4E-A59A-DAF44A52D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8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1282</Characters>
  <Application>Microsoft Office Word</Application>
  <DocSecurity>0</DocSecurity>
  <Lines>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Okresní přebor v plavání žactva ZŠ</dc:title>
  <dc:subject/>
  <dc:creator/>
  <cp:keywords/>
  <dc:description>generated by python-docx</dc:description>
  <cp:lastModifiedBy>Lada Pavlíčková</cp:lastModifiedBy>
  <cp:revision>2</cp:revision>
  <dcterms:created xsi:type="dcterms:W3CDTF">2013-12-23T23:15:00Z</dcterms:created>
  <dcterms:modified xsi:type="dcterms:W3CDTF">2026-10-19T09:54:00Z</dcterms:modified>
  <cp:category/>
</cp:coreProperties>
</file>